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4CF7C" w14:textId="77777777" w:rsidR="0061506E" w:rsidRDefault="00222EA4">
      <w:pPr>
        <w:pStyle w:val="Title"/>
      </w:pPr>
      <w:r>
        <w:t>Application Form</w:t>
      </w:r>
    </w:p>
    <w:p w14:paraId="2AF8B658" w14:textId="77777777" w:rsidR="0061506E" w:rsidRDefault="00222EA4">
      <w:pPr>
        <w:spacing w:after="200"/>
      </w:pPr>
      <w:r>
        <w:rPr>
          <w:b/>
        </w:rPr>
        <w:t xml:space="preserve">How to complete: </w:t>
      </w:r>
      <w:r>
        <w:t>type your answers into the white boxes — on a phone or tablet, tap a box and start typing. Where you are given a choice, put an X in the white box next to your answer.</w:t>
      </w:r>
    </w:p>
    <w:p w14:paraId="22780FD5" w14:textId="77777777" w:rsidR="0061506E" w:rsidRDefault="00222EA4">
      <w:pPr>
        <w:pStyle w:val="Heading1"/>
      </w:pPr>
      <w:r>
        <w:t>Position applied for</w:t>
      </w:r>
    </w:p>
    <w:tbl>
      <w:tblPr>
        <w:tblStyle w:val="TableGrid"/>
        <w:tblW w:w="0" w:type="auto"/>
        <w:tblLayout w:type="fixed"/>
        <w:tblLook w:val="04A0" w:firstRow="1" w:lastRow="0" w:firstColumn="1" w:lastColumn="0" w:noHBand="0" w:noVBand="1"/>
      </w:tblPr>
      <w:tblGrid>
        <w:gridCol w:w="3685"/>
        <w:gridCol w:w="5953"/>
      </w:tblGrid>
      <w:tr w:rsidR="0061506E" w14:paraId="45D879D5" w14:textId="77777777">
        <w:trPr>
          <w:trHeight w:val="510"/>
        </w:trPr>
        <w:tc>
          <w:tcPr>
            <w:tcW w:w="3685" w:type="dxa"/>
            <w:shd w:val="clear" w:color="auto" w:fill="B6DDE8"/>
          </w:tcPr>
          <w:p w14:paraId="73042B41" w14:textId="77777777" w:rsidR="0061506E" w:rsidRDefault="00222EA4">
            <w:r>
              <w:rPr>
                <w:b/>
              </w:rPr>
              <w:t>Position applied for</w:t>
            </w:r>
          </w:p>
        </w:tc>
        <w:tc>
          <w:tcPr>
            <w:tcW w:w="5953" w:type="dxa"/>
          </w:tcPr>
          <w:p w14:paraId="01FC4465" w14:textId="77777777" w:rsidR="0061506E" w:rsidRDefault="0061506E"/>
        </w:tc>
      </w:tr>
    </w:tbl>
    <w:p w14:paraId="1CC6C17E" w14:textId="77777777" w:rsidR="0061506E" w:rsidRDefault="00222EA4">
      <w:pPr>
        <w:pStyle w:val="Heading1"/>
      </w:pPr>
      <w:r>
        <w:t>Your details</w:t>
      </w:r>
    </w:p>
    <w:tbl>
      <w:tblPr>
        <w:tblStyle w:val="TableGrid"/>
        <w:tblW w:w="0" w:type="auto"/>
        <w:tblLayout w:type="fixed"/>
        <w:tblLook w:val="04A0" w:firstRow="1" w:lastRow="0" w:firstColumn="1" w:lastColumn="0" w:noHBand="0" w:noVBand="1"/>
      </w:tblPr>
      <w:tblGrid>
        <w:gridCol w:w="3685"/>
        <w:gridCol w:w="5953"/>
      </w:tblGrid>
      <w:tr w:rsidR="0061506E" w14:paraId="420DFECC" w14:textId="77777777">
        <w:trPr>
          <w:trHeight w:val="510"/>
        </w:trPr>
        <w:tc>
          <w:tcPr>
            <w:tcW w:w="3685" w:type="dxa"/>
            <w:shd w:val="clear" w:color="auto" w:fill="B6DDE8"/>
          </w:tcPr>
          <w:p w14:paraId="0FF9B27A" w14:textId="77777777" w:rsidR="0061506E" w:rsidRDefault="00222EA4">
            <w:r>
              <w:rPr>
                <w:b/>
              </w:rPr>
              <w:t>Full name</w:t>
            </w:r>
          </w:p>
        </w:tc>
        <w:tc>
          <w:tcPr>
            <w:tcW w:w="5953" w:type="dxa"/>
          </w:tcPr>
          <w:p w14:paraId="7940B288" w14:textId="77777777" w:rsidR="0061506E" w:rsidRDefault="0061506E"/>
        </w:tc>
      </w:tr>
      <w:tr w:rsidR="0061506E" w14:paraId="471FC2F9" w14:textId="77777777">
        <w:trPr>
          <w:trHeight w:val="1020"/>
        </w:trPr>
        <w:tc>
          <w:tcPr>
            <w:tcW w:w="3685" w:type="dxa"/>
            <w:shd w:val="clear" w:color="auto" w:fill="B6DDE8"/>
          </w:tcPr>
          <w:p w14:paraId="2DF4A776" w14:textId="77777777" w:rsidR="0061506E" w:rsidRDefault="00222EA4">
            <w:r>
              <w:rPr>
                <w:b/>
              </w:rPr>
              <w:t>Address</w:t>
            </w:r>
          </w:p>
        </w:tc>
        <w:tc>
          <w:tcPr>
            <w:tcW w:w="5953" w:type="dxa"/>
          </w:tcPr>
          <w:p w14:paraId="1DC91B0F" w14:textId="77777777" w:rsidR="0061506E" w:rsidRDefault="0061506E"/>
        </w:tc>
      </w:tr>
      <w:tr w:rsidR="0061506E" w14:paraId="29D09012" w14:textId="77777777">
        <w:trPr>
          <w:trHeight w:val="510"/>
        </w:trPr>
        <w:tc>
          <w:tcPr>
            <w:tcW w:w="3685" w:type="dxa"/>
            <w:shd w:val="clear" w:color="auto" w:fill="B6DDE8"/>
          </w:tcPr>
          <w:p w14:paraId="2887B0F6" w14:textId="77777777" w:rsidR="0061506E" w:rsidRDefault="00222EA4">
            <w:r>
              <w:rPr>
                <w:b/>
              </w:rPr>
              <w:t>Postcode</w:t>
            </w:r>
          </w:p>
        </w:tc>
        <w:tc>
          <w:tcPr>
            <w:tcW w:w="5953" w:type="dxa"/>
          </w:tcPr>
          <w:p w14:paraId="789C936C" w14:textId="77777777" w:rsidR="0061506E" w:rsidRDefault="0061506E"/>
        </w:tc>
      </w:tr>
      <w:tr w:rsidR="0061506E" w14:paraId="1F4DDE56" w14:textId="77777777">
        <w:trPr>
          <w:trHeight w:val="510"/>
        </w:trPr>
        <w:tc>
          <w:tcPr>
            <w:tcW w:w="3685" w:type="dxa"/>
            <w:shd w:val="clear" w:color="auto" w:fill="B6DDE8"/>
          </w:tcPr>
          <w:p w14:paraId="4133C381" w14:textId="77777777" w:rsidR="0061506E" w:rsidRDefault="00222EA4">
            <w:r>
              <w:rPr>
                <w:b/>
              </w:rPr>
              <w:t>Phone number</w:t>
            </w:r>
          </w:p>
        </w:tc>
        <w:tc>
          <w:tcPr>
            <w:tcW w:w="5953" w:type="dxa"/>
          </w:tcPr>
          <w:p w14:paraId="79DFF1D8" w14:textId="77777777" w:rsidR="0061506E" w:rsidRDefault="0061506E"/>
        </w:tc>
      </w:tr>
      <w:tr w:rsidR="0061506E" w14:paraId="44CBDBC2" w14:textId="77777777">
        <w:trPr>
          <w:trHeight w:val="510"/>
        </w:trPr>
        <w:tc>
          <w:tcPr>
            <w:tcW w:w="3685" w:type="dxa"/>
            <w:shd w:val="clear" w:color="auto" w:fill="B6DDE8"/>
          </w:tcPr>
          <w:p w14:paraId="09574E41" w14:textId="77777777" w:rsidR="0061506E" w:rsidRDefault="00222EA4">
            <w:r>
              <w:rPr>
                <w:b/>
              </w:rPr>
              <w:t>Email address</w:t>
            </w:r>
          </w:p>
        </w:tc>
        <w:tc>
          <w:tcPr>
            <w:tcW w:w="5953" w:type="dxa"/>
          </w:tcPr>
          <w:p w14:paraId="7561D240" w14:textId="77777777" w:rsidR="0061506E" w:rsidRDefault="0061506E"/>
        </w:tc>
      </w:tr>
    </w:tbl>
    <w:p w14:paraId="5BBA7AB7" w14:textId="77777777" w:rsidR="0061506E" w:rsidRDefault="00222EA4">
      <w:pPr>
        <w:pStyle w:val="Heading1"/>
      </w:pPr>
      <w:r>
        <w:t>1. Driving licence</w:t>
      </w:r>
    </w:p>
    <w:p w14:paraId="1C02A522" w14:textId="77777777" w:rsidR="0061506E" w:rsidRDefault="00222EA4">
      <w:r>
        <w:rPr>
          <w:i/>
          <w:sz w:val="20"/>
        </w:rPr>
        <w:t>Complete if required for the role as per the person specification.</w:t>
      </w:r>
    </w:p>
    <w:tbl>
      <w:tblPr>
        <w:tblStyle w:val="TableGrid"/>
        <w:tblW w:w="0" w:type="auto"/>
        <w:tblLayout w:type="fixed"/>
        <w:tblLook w:val="04A0" w:firstRow="1" w:lastRow="0" w:firstColumn="1" w:lastColumn="0" w:noHBand="0" w:noVBand="1"/>
      </w:tblPr>
      <w:tblGrid>
        <w:gridCol w:w="3685"/>
        <w:gridCol w:w="5953"/>
      </w:tblGrid>
      <w:tr w:rsidR="0061506E" w14:paraId="00C9D7E1" w14:textId="77777777">
        <w:trPr>
          <w:trHeight w:val="510"/>
        </w:trPr>
        <w:tc>
          <w:tcPr>
            <w:tcW w:w="3685" w:type="dxa"/>
            <w:shd w:val="clear" w:color="auto" w:fill="B6DDE8"/>
          </w:tcPr>
          <w:p w14:paraId="2C85DD59" w14:textId="77777777" w:rsidR="0061506E" w:rsidRDefault="00222EA4">
            <w:r>
              <w:rPr>
                <w:b/>
              </w:rPr>
              <w:t>Do you hold a full driving licence? (Yes / No)</w:t>
            </w:r>
          </w:p>
        </w:tc>
        <w:tc>
          <w:tcPr>
            <w:tcW w:w="5953" w:type="dxa"/>
          </w:tcPr>
          <w:p w14:paraId="26896A90" w14:textId="77777777" w:rsidR="0061506E" w:rsidRDefault="0061506E"/>
        </w:tc>
      </w:tr>
      <w:tr w:rsidR="0061506E" w14:paraId="354CEE21" w14:textId="77777777">
        <w:trPr>
          <w:trHeight w:val="510"/>
        </w:trPr>
        <w:tc>
          <w:tcPr>
            <w:tcW w:w="3685" w:type="dxa"/>
            <w:shd w:val="clear" w:color="auto" w:fill="B6DDE8"/>
          </w:tcPr>
          <w:p w14:paraId="5A6B83BD" w14:textId="77777777" w:rsidR="0061506E" w:rsidRDefault="00222EA4">
            <w:r>
              <w:rPr>
                <w:b/>
              </w:rPr>
              <w:t>Does your licence have any endorsements? (Yes / No)</w:t>
            </w:r>
          </w:p>
        </w:tc>
        <w:tc>
          <w:tcPr>
            <w:tcW w:w="5953" w:type="dxa"/>
          </w:tcPr>
          <w:p w14:paraId="69A9E1EB" w14:textId="77777777" w:rsidR="0061506E" w:rsidRDefault="0061506E"/>
        </w:tc>
      </w:tr>
      <w:tr w:rsidR="0061506E" w14:paraId="5D46E908" w14:textId="77777777">
        <w:trPr>
          <w:trHeight w:val="1020"/>
        </w:trPr>
        <w:tc>
          <w:tcPr>
            <w:tcW w:w="3685" w:type="dxa"/>
            <w:shd w:val="clear" w:color="auto" w:fill="B6DDE8"/>
          </w:tcPr>
          <w:p w14:paraId="63584832" w14:textId="77777777" w:rsidR="0061506E" w:rsidRDefault="00222EA4">
            <w:r>
              <w:rPr>
                <w:b/>
              </w:rPr>
              <w:t>If yes, please give brief details</w:t>
            </w:r>
          </w:p>
        </w:tc>
        <w:tc>
          <w:tcPr>
            <w:tcW w:w="5953" w:type="dxa"/>
          </w:tcPr>
          <w:p w14:paraId="4CD688B2" w14:textId="77777777" w:rsidR="0061506E" w:rsidRDefault="0061506E"/>
        </w:tc>
      </w:tr>
    </w:tbl>
    <w:p w14:paraId="0466C5FB" w14:textId="77777777" w:rsidR="0061506E" w:rsidRDefault="00222EA4">
      <w:pPr>
        <w:pStyle w:val="Heading1"/>
      </w:pPr>
      <w:r>
        <w:t>2. Right to work</w:t>
      </w:r>
    </w:p>
    <w:tbl>
      <w:tblPr>
        <w:tblStyle w:val="TableGrid"/>
        <w:tblW w:w="0" w:type="auto"/>
        <w:tblLayout w:type="fixed"/>
        <w:tblLook w:val="04A0" w:firstRow="1" w:lastRow="0" w:firstColumn="1" w:lastColumn="0" w:noHBand="0" w:noVBand="1"/>
      </w:tblPr>
      <w:tblGrid>
        <w:gridCol w:w="6236"/>
        <w:gridCol w:w="3402"/>
      </w:tblGrid>
      <w:tr w:rsidR="0061506E" w14:paraId="15F58328" w14:textId="77777777">
        <w:trPr>
          <w:trHeight w:val="510"/>
        </w:trPr>
        <w:tc>
          <w:tcPr>
            <w:tcW w:w="6236" w:type="dxa"/>
            <w:shd w:val="clear" w:color="auto" w:fill="B6DDE8"/>
          </w:tcPr>
          <w:p w14:paraId="75C5DB23" w14:textId="77777777" w:rsidR="0061506E" w:rsidRDefault="00222EA4">
            <w:r>
              <w:rPr>
                <w:b/>
              </w:rPr>
              <w:t>Do you have a legal right to work in the UK? (Yes / No)</w:t>
            </w:r>
          </w:p>
        </w:tc>
        <w:tc>
          <w:tcPr>
            <w:tcW w:w="3402" w:type="dxa"/>
          </w:tcPr>
          <w:p w14:paraId="4274CD51" w14:textId="77777777" w:rsidR="0061506E" w:rsidRDefault="0061506E"/>
        </w:tc>
      </w:tr>
    </w:tbl>
    <w:p w14:paraId="06B54A22" w14:textId="77777777" w:rsidR="0061506E" w:rsidRDefault="00222EA4">
      <w:pPr>
        <w:pStyle w:val="Heading1"/>
      </w:pPr>
      <w:r>
        <w:t>3. Employment history</w:t>
      </w:r>
    </w:p>
    <w:p w14:paraId="73E9C175" w14:textId="77777777" w:rsidR="0061506E" w:rsidRDefault="00222EA4">
      <w:r>
        <w:rPr>
          <w:i/>
          <w:sz w:val="20"/>
        </w:rPr>
        <w:t>Most recent first, paid or unpaid. Please continue on a separate sheet if needed.</w:t>
      </w:r>
    </w:p>
    <w:tbl>
      <w:tblPr>
        <w:tblStyle w:val="TableGrid"/>
        <w:tblW w:w="0" w:type="auto"/>
        <w:tblLayout w:type="fixed"/>
        <w:tblLook w:val="04A0" w:firstRow="1" w:lastRow="0" w:firstColumn="1" w:lastColumn="0" w:noHBand="0" w:noVBand="1"/>
      </w:tblPr>
      <w:tblGrid>
        <w:gridCol w:w="1701"/>
        <w:gridCol w:w="2665"/>
        <w:gridCol w:w="3402"/>
        <w:gridCol w:w="1871"/>
      </w:tblGrid>
      <w:tr w:rsidR="0061506E" w14:paraId="5B1A0BC2" w14:textId="77777777">
        <w:tc>
          <w:tcPr>
            <w:tcW w:w="1701" w:type="dxa"/>
            <w:shd w:val="clear" w:color="auto" w:fill="B6DDE8"/>
          </w:tcPr>
          <w:p w14:paraId="69AF8DCD" w14:textId="77777777" w:rsidR="0061506E" w:rsidRDefault="00222EA4">
            <w:r>
              <w:rPr>
                <w:b/>
              </w:rPr>
              <w:t>Dates</w:t>
            </w:r>
            <w:r>
              <w:rPr>
                <w:b/>
              </w:rPr>
              <w:br/>
              <w:t>(From – To)</w:t>
            </w:r>
          </w:p>
        </w:tc>
        <w:tc>
          <w:tcPr>
            <w:tcW w:w="2665" w:type="dxa"/>
            <w:shd w:val="clear" w:color="auto" w:fill="B6DDE8"/>
          </w:tcPr>
          <w:p w14:paraId="0EDFEBAF" w14:textId="77777777" w:rsidR="0061506E" w:rsidRDefault="00222EA4">
            <w:r>
              <w:rPr>
                <w:b/>
              </w:rPr>
              <w:t>Employer name and brief address</w:t>
            </w:r>
          </w:p>
        </w:tc>
        <w:tc>
          <w:tcPr>
            <w:tcW w:w="3402" w:type="dxa"/>
            <w:shd w:val="clear" w:color="auto" w:fill="B6DDE8"/>
          </w:tcPr>
          <w:p w14:paraId="3F6155DE" w14:textId="77777777" w:rsidR="0061506E" w:rsidRDefault="00222EA4">
            <w:r>
              <w:rPr>
                <w:b/>
              </w:rPr>
              <w:t>Job title and key responsibilities</w:t>
            </w:r>
          </w:p>
        </w:tc>
        <w:tc>
          <w:tcPr>
            <w:tcW w:w="1871" w:type="dxa"/>
            <w:shd w:val="clear" w:color="auto" w:fill="B6DDE8"/>
          </w:tcPr>
          <w:p w14:paraId="1427EF75" w14:textId="77777777" w:rsidR="0061506E" w:rsidRDefault="00222EA4">
            <w:r>
              <w:rPr>
                <w:b/>
              </w:rPr>
              <w:t>Reason for leaving</w:t>
            </w:r>
          </w:p>
        </w:tc>
      </w:tr>
      <w:tr w:rsidR="0061506E" w14:paraId="17E8EA67" w14:textId="77777777">
        <w:trPr>
          <w:trHeight w:val="907"/>
        </w:trPr>
        <w:tc>
          <w:tcPr>
            <w:tcW w:w="1701" w:type="dxa"/>
          </w:tcPr>
          <w:p w14:paraId="1141EA6B" w14:textId="77777777" w:rsidR="0061506E" w:rsidRDefault="0061506E"/>
        </w:tc>
        <w:tc>
          <w:tcPr>
            <w:tcW w:w="2665" w:type="dxa"/>
          </w:tcPr>
          <w:p w14:paraId="28CAD5A7" w14:textId="77777777" w:rsidR="0061506E" w:rsidRDefault="0061506E"/>
        </w:tc>
        <w:tc>
          <w:tcPr>
            <w:tcW w:w="3402" w:type="dxa"/>
          </w:tcPr>
          <w:p w14:paraId="087325CA" w14:textId="77777777" w:rsidR="0061506E" w:rsidRDefault="0061506E"/>
        </w:tc>
        <w:tc>
          <w:tcPr>
            <w:tcW w:w="1871" w:type="dxa"/>
          </w:tcPr>
          <w:p w14:paraId="447D59C0" w14:textId="77777777" w:rsidR="0061506E" w:rsidRDefault="0061506E"/>
        </w:tc>
      </w:tr>
      <w:tr w:rsidR="0061506E" w14:paraId="32F3BD86" w14:textId="77777777">
        <w:trPr>
          <w:trHeight w:val="907"/>
        </w:trPr>
        <w:tc>
          <w:tcPr>
            <w:tcW w:w="1701" w:type="dxa"/>
          </w:tcPr>
          <w:p w14:paraId="5D75281D" w14:textId="77777777" w:rsidR="0061506E" w:rsidRDefault="0061506E"/>
        </w:tc>
        <w:tc>
          <w:tcPr>
            <w:tcW w:w="2665" w:type="dxa"/>
          </w:tcPr>
          <w:p w14:paraId="7290D14D" w14:textId="77777777" w:rsidR="0061506E" w:rsidRDefault="0061506E"/>
        </w:tc>
        <w:tc>
          <w:tcPr>
            <w:tcW w:w="3402" w:type="dxa"/>
          </w:tcPr>
          <w:p w14:paraId="38BA5EF9" w14:textId="77777777" w:rsidR="0061506E" w:rsidRDefault="0061506E"/>
        </w:tc>
        <w:tc>
          <w:tcPr>
            <w:tcW w:w="1871" w:type="dxa"/>
          </w:tcPr>
          <w:p w14:paraId="60DA54CA" w14:textId="77777777" w:rsidR="0061506E" w:rsidRDefault="0061506E"/>
        </w:tc>
      </w:tr>
      <w:tr w:rsidR="0061506E" w14:paraId="22BBA8F0" w14:textId="77777777">
        <w:trPr>
          <w:trHeight w:val="907"/>
        </w:trPr>
        <w:tc>
          <w:tcPr>
            <w:tcW w:w="1701" w:type="dxa"/>
          </w:tcPr>
          <w:p w14:paraId="4BBA85FC" w14:textId="77777777" w:rsidR="0061506E" w:rsidRDefault="0061506E"/>
        </w:tc>
        <w:tc>
          <w:tcPr>
            <w:tcW w:w="2665" w:type="dxa"/>
          </w:tcPr>
          <w:p w14:paraId="4DB2F940" w14:textId="77777777" w:rsidR="0061506E" w:rsidRDefault="0061506E"/>
        </w:tc>
        <w:tc>
          <w:tcPr>
            <w:tcW w:w="3402" w:type="dxa"/>
          </w:tcPr>
          <w:p w14:paraId="6610EAE2" w14:textId="77777777" w:rsidR="0061506E" w:rsidRDefault="0061506E"/>
        </w:tc>
        <w:tc>
          <w:tcPr>
            <w:tcW w:w="1871" w:type="dxa"/>
          </w:tcPr>
          <w:p w14:paraId="320FC9C0" w14:textId="77777777" w:rsidR="0061506E" w:rsidRDefault="0061506E"/>
        </w:tc>
      </w:tr>
      <w:tr w:rsidR="0061506E" w14:paraId="6EBF615E" w14:textId="77777777">
        <w:trPr>
          <w:trHeight w:val="907"/>
        </w:trPr>
        <w:tc>
          <w:tcPr>
            <w:tcW w:w="1701" w:type="dxa"/>
          </w:tcPr>
          <w:p w14:paraId="144CBF08" w14:textId="77777777" w:rsidR="0061506E" w:rsidRDefault="0061506E"/>
        </w:tc>
        <w:tc>
          <w:tcPr>
            <w:tcW w:w="2665" w:type="dxa"/>
          </w:tcPr>
          <w:p w14:paraId="5F494017" w14:textId="77777777" w:rsidR="0061506E" w:rsidRDefault="0061506E"/>
        </w:tc>
        <w:tc>
          <w:tcPr>
            <w:tcW w:w="3402" w:type="dxa"/>
          </w:tcPr>
          <w:p w14:paraId="182C9650" w14:textId="77777777" w:rsidR="0061506E" w:rsidRDefault="0061506E"/>
        </w:tc>
        <w:tc>
          <w:tcPr>
            <w:tcW w:w="1871" w:type="dxa"/>
          </w:tcPr>
          <w:p w14:paraId="018F3A62" w14:textId="77777777" w:rsidR="0061506E" w:rsidRDefault="0061506E"/>
        </w:tc>
      </w:tr>
      <w:tr w:rsidR="0061506E" w14:paraId="4453DB8E" w14:textId="77777777">
        <w:trPr>
          <w:trHeight w:val="907"/>
        </w:trPr>
        <w:tc>
          <w:tcPr>
            <w:tcW w:w="1701" w:type="dxa"/>
          </w:tcPr>
          <w:p w14:paraId="3F0753F4" w14:textId="77777777" w:rsidR="0061506E" w:rsidRDefault="0061506E"/>
        </w:tc>
        <w:tc>
          <w:tcPr>
            <w:tcW w:w="2665" w:type="dxa"/>
          </w:tcPr>
          <w:p w14:paraId="172C7FF3" w14:textId="77777777" w:rsidR="0061506E" w:rsidRDefault="0061506E"/>
        </w:tc>
        <w:tc>
          <w:tcPr>
            <w:tcW w:w="3402" w:type="dxa"/>
          </w:tcPr>
          <w:p w14:paraId="21354B9F" w14:textId="77777777" w:rsidR="0061506E" w:rsidRDefault="0061506E"/>
        </w:tc>
        <w:tc>
          <w:tcPr>
            <w:tcW w:w="1871" w:type="dxa"/>
          </w:tcPr>
          <w:p w14:paraId="14A2CB09" w14:textId="77777777" w:rsidR="0061506E" w:rsidRDefault="0061506E"/>
        </w:tc>
      </w:tr>
    </w:tbl>
    <w:p w14:paraId="601AB4C5" w14:textId="77777777" w:rsidR="0061506E" w:rsidRDefault="0061506E">
      <w:pPr>
        <w:spacing w:after="80"/>
      </w:pPr>
    </w:p>
    <w:tbl>
      <w:tblPr>
        <w:tblStyle w:val="TableGrid"/>
        <w:tblW w:w="0" w:type="auto"/>
        <w:tblLayout w:type="fixed"/>
        <w:tblLook w:val="04A0" w:firstRow="1" w:lastRow="0" w:firstColumn="1" w:lastColumn="0" w:noHBand="0" w:noVBand="1"/>
      </w:tblPr>
      <w:tblGrid>
        <w:gridCol w:w="3685"/>
        <w:gridCol w:w="5953"/>
      </w:tblGrid>
      <w:tr w:rsidR="0061506E" w14:paraId="55A90190" w14:textId="77777777">
        <w:trPr>
          <w:trHeight w:val="510"/>
        </w:trPr>
        <w:tc>
          <w:tcPr>
            <w:tcW w:w="3685" w:type="dxa"/>
            <w:shd w:val="clear" w:color="auto" w:fill="B6DDE8"/>
          </w:tcPr>
          <w:p w14:paraId="7B95CFC4" w14:textId="77777777" w:rsidR="0061506E" w:rsidRDefault="00222EA4">
            <w:r>
              <w:rPr>
                <w:b/>
              </w:rPr>
              <w:t>Notice period</w:t>
            </w:r>
          </w:p>
        </w:tc>
        <w:tc>
          <w:tcPr>
            <w:tcW w:w="5953" w:type="dxa"/>
          </w:tcPr>
          <w:p w14:paraId="3D50891D" w14:textId="77777777" w:rsidR="0061506E" w:rsidRDefault="0061506E"/>
        </w:tc>
      </w:tr>
      <w:tr w:rsidR="0061506E" w14:paraId="2867AC0E" w14:textId="77777777">
        <w:trPr>
          <w:trHeight w:val="510"/>
        </w:trPr>
        <w:tc>
          <w:tcPr>
            <w:tcW w:w="3685" w:type="dxa"/>
            <w:shd w:val="clear" w:color="auto" w:fill="B6DDE8"/>
          </w:tcPr>
          <w:p w14:paraId="4FADDDF5" w14:textId="77777777" w:rsidR="0061506E" w:rsidRDefault="00222EA4">
            <w:r>
              <w:rPr>
                <w:b/>
              </w:rPr>
              <w:t>Current salary (optional)</w:t>
            </w:r>
          </w:p>
        </w:tc>
        <w:tc>
          <w:tcPr>
            <w:tcW w:w="5953" w:type="dxa"/>
          </w:tcPr>
          <w:p w14:paraId="5C28E861" w14:textId="77777777" w:rsidR="0061506E" w:rsidRDefault="0061506E"/>
        </w:tc>
      </w:tr>
    </w:tbl>
    <w:p w14:paraId="2C404E42" w14:textId="77777777" w:rsidR="0061506E" w:rsidRDefault="00222EA4">
      <w:pPr>
        <w:pStyle w:val="Heading1"/>
      </w:pPr>
      <w:r>
        <w:t>4. Education, qualifications and training</w:t>
      </w:r>
    </w:p>
    <w:tbl>
      <w:tblPr>
        <w:tblStyle w:val="TableGrid"/>
        <w:tblW w:w="0" w:type="auto"/>
        <w:tblLayout w:type="fixed"/>
        <w:tblLook w:val="04A0" w:firstRow="1" w:lastRow="0" w:firstColumn="1" w:lastColumn="0" w:noHBand="0" w:noVBand="1"/>
      </w:tblPr>
      <w:tblGrid>
        <w:gridCol w:w="1474"/>
        <w:gridCol w:w="3175"/>
        <w:gridCol w:w="3175"/>
        <w:gridCol w:w="1814"/>
      </w:tblGrid>
      <w:tr w:rsidR="0061506E" w14:paraId="6A64BF48" w14:textId="77777777">
        <w:tc>
          <w:tcPr>
            <w:tcW w:w="1474" w:type="dxa"/>
            <w:shd w:val="clear" w:color="auto" w:fill="B6DDE8"/>
          </w:tcPr>
          <w:p w14:paraId="3A070428" w14:textId="77777777" w:rsidR="0061506E" w:rsidRDefault="00222EA4">
            <w:r>
              <w:rPr>
                <w:b/>
              </w:rPr>
              <w:t>Year completed</w:t>
            </w:r>
          </w:p>
        </w:tc>
        <w:tc>
          <w:tcPr>
            <w:tcW w:w="3175" w:type="dxa"/>
            <w:shd w:val="clear" w:color="auto" w:fill="B6DDE8"/>
          </w:tcPr>
          <w:p w14:paraId="3A3745A1" w14:textId="77777777" w:rsidR="0061506E" w:rsidRDefault="00222EA4">
            <w:r>
              <w:rPr>
                <w:b/>
              </w:rPr>
              <w:t>Name of institution / training provider</w:t>
            </w:r>
          </w:p>
        </w:tc>
        <w:tc>
          <w:tcPr>
            <w:tcW w:w="3175" w:type="dxa"/>
            <w:shd w:val="clear" w:color="auto" w:fill="B6DDE8"/>
          </w:tcPr>
          <w:p w14:paraId="7576F5D2" w14:textId="77777777" w:rsidR="0061506E" w:rsidRDefault="00222EA4">
            <w:r>
              <w:rPr>
                <w:b/>
              </w:rPr>
              <w:t>Course / qualification</w:t>
            </w:r>
          </w:p>
        </w:tc>
        <w:tc>
          <w:tcPr>
            <w:tcW w:w="1814" w:type="dxa"/>
            <w:shd w:val="clear" w:color="auto" w:fill="B6DDE8"/>
          </w:tcPr>
          <w:p w14:paraId="6FC16C4D" w14:textId="77777777" w:rsidR="0061506E" w:rsidRDefault="00222EA4">
            <w:r>
              <w:rPr>
                <w:b/>
              </w:rPr>
              <w:t>Grade / status</w:t>
            </w:r>
          </w:p>
        </w:tc>
      </w:tr>
      <w:tr w:rsidR="0061506E" w14:paraId="7FA744A3" w14:textId="77777777">
        <w:trPr>
          <w:trHeight w:val="793"/>
        </w:trPr>
        <w:tc>
          <w:tcPr>
            <w:tcW w:w="1474" w:type="dxa"/>
          </w:tcPr>
          <w:p w14:paraId="360B09FE" w14:textId="77777777" w:rsidR="0061506E" w:rsidRDefault="0061506E"/>
        </w:tc>
        <w:tc>
          <w:tcPr>
            <w:tcW w:w="3175" w:type="dxa"/>
          </w:tcPr>
          <w:p w14:paraId="608B3122" w14:textId="77777777" w:rsidR="0061506E" w:rsidRDefault="0061506E"/>
        </w:tc>
        <w:tc>
          <w:tcPr>
            <w:tcW w:w="3175" w:type="dxa"/>
          </w:tcPr>
          <w:p w14:paraId="56E8D9B7" w14:textId="77777777" w:rsidR="0061506E" w:rsidRDefault="0061506E"/>
        </w:tc>
        <w:tc>
          <w:tcPr>
            <w:tcW w:w="1814" w:type="dxa"/>
          </w:tcPr>
          <w:p w14:paraId="3DF51EB1" w14:textId="77777777" w:rsidR="0061506E" w:rsidRDefault="0061506E"/>
        </w:tc>
      </w:tr>
      <w:tr w:rsidR="0061506E" w14:paraId="11D37A5B" w14:textId="77777777">
        <w:trPr>
          <w:trHeight w:val="793"/>
        </w:trPr>
        <w:tc>
          <w:tcPr>
            <w:tcW w:w="1474" w:type="dxa"/>
          </w:tcPr>
          <w:p w14:paraId="4F012756" w14:textId="77777777" w:rsidR="0061506E" w:rsidRDefault="0061506E"/>
        </w:tc>
        <w:tc>
          <w:tcPr>
            <w:tcW w:w="3175" w:type="dxa"/>
          </w:tcPr>
          <w:p w14:paraId="7A4EED79" w14:textId="77777777" w:rsidR="0061506E" w:rsidRDefault="0061506E"/>
        </w:tc>
        <w:tc>
          <w:tcPr>
            <w:tcW w:w="3175" w:type="dxa"/>
          </w:tcPr>
          <w:p w14:paraId="40F935FD" w14:textId="77777777" w:rsidR="0061506E" w:rsidRDefault="0061506E"/>
        </w:tc>
        <w:tc>
          <w:tcPr>
            <w:tcW w:w="1814" w:type="dxa"/>
          </w:tcPr>
          <w:p w14:paraId="33990EA4" w14:textId="77777777" w:rsidR="0061506E" w:rsidRDefault="0061506E"/>
        </w:tc>
      </w:tr>
      <w:tr w:rsidR="0061506E" w14:paraId="78139EE2" w14:textId="77777777">
        <w:trPr>
          <w:trHeight w:val="793"/>
        </w:trPr>
        <w:tc>
          <w:tcPr>
            <w:tcW w:w="1474" w:type="dxa"/>
          </w:tcPr>
          <w:p w14:paraId="7909A130" w14:textId="77777777" w:rsidR="0061506E" w:rsidRDefault="0061506E"/>
        </w:tc>
        <w:tc>
          <w:tcPr>
            <w:tcW w:w="3175" w:type="dxa"/>
          </w:tcPr>
          <w:p w14:paraId="0179AE1F" w14:textId="77777777" w:rsidR="0061506E" w:rsidRDefault="0061506E"/>
        </w:tc>
        <w:tc>
          <w:tcPr>
            <w:tcW w:w="3175" w:type="dxa"/>
          </w:tcPr>
          <w:p w14:paraId="34197C28" w14:textId="77777777" w:rsidR="0061506E" w:rsidRDefault="0061506E"/>
        </w:tc>
        <w:tc>
          <w:tcPr>
            <w:tcW w:w="1814" w:type="dxa"/>
          </w:tcPr>
          <w:p w14:paraId="50BCDA68" w14:textId="77777777" w:rsidR="0061506E" w:rsidRDefault="0061506E"/>
        </w:tc>
      </w:tr>
      <w:tr w:rsidR="0061506E" w14:paraId="5C073ACD" w14:textId="77777777">
        <w:trPr>
          <w:trHeight w:val="793"/>
        </w:trPr>
        <w:tc>
          <w:tcPr>
            <w:tcW w:w="1474" w:type="dxa"/>
          </w:tcPr>
          <w:p w14:paraId="23C33732" w14:textId="77777777" w:rsidR="0061506E" w:rsidRDefault="0061506E"/>
        </w:tc>
        <w:tc>
          <w:tcPr>
            <w:tcW w:w="3175" w:type="dxa"/>
          </w:tcPr>
          <w:p w14:paraId="13292CA5" w14:textId="77777777" w:rsidR="0061506E" w:rsidRDefault="0061506E"/>
        </w:tc>
        <w:tc>
          <w:tcPr>
            <w:tcW w:w="3175" w:type="dxa"/>
          </w:tcPr>
          <w:p w14:paraId="2DA26140" w14:textId="77777777" w:rsidR="0061506E" w:rsidRDefault="0061506E"/>
        </w:tc>
        <w:tc>
          <w:tcPr>
            <w:tcW w:w="1814" w:type="dxa"/>
          </w:tcPr>
          <w:p w14:paraId="4979ADA4" w14:textId="77777777" w:rsidR="0061506E" w:rsidRDefault="0061506E"/>
        </w:tc>
      </w:tr>
      <w:tr w:rsidR="0061506E" w14:paraId="199E3791" w14:textId="77777777">
        <w:trPr>
          <w:trHeight w:val="793"/>
        </w:trPr>
        <w:tc>
          <w:tcPr>
            <w:tcW w:w="1474" w:type="dxa"/>
          </w:tcPr>
          <w:p w14:paraId="1C67BC97" w14:textId="77777777" w:rsidR="0061506E" w:rsidRDefault="0061506E"/>
        </w:tc>
        <w:tc>
          <w:tcPr>
            <w:tcW w:w="3175" w:type="dxa"/>
          </w:tcPr>
          <w:p w14:paraId="52BAB8D5" w14:textId="77777777" w:rsidR="0061506E" w:rsidRDefault="0061506E"/>
        </w:tc>
        <w:tc>
          <w:tcPr>
            <w:tcW w:w="3175" w:type="dxa"/>
          </w:tcPr>
          <w:p w14:paraId="6051A442" w14:textId="77777777" w:rsidR="0061506E" w:rsidRDefault="0061506E"/>
        </w:tc>
        <w:tc>
          <w:tcPr>
            <w:tcW w:w="1814" w:type="dxa"/>
          </w:tcPr>
          <w:p w14:paraId="371772DC" w14:textId="77777777" w:rsidR="0061506E" w:rsidRDefault="0061506E"/>
        </w:tc>
      </w:tr>
    </w:tbl>
    <w:p w14:paraId="65C680C0" w14:textId="77777777" w:rsidR="0061506E" w:rsidRDefault="0061506E">
      <w:pPr>
        <w:spacing w:after="80"/>
      </w:pPr>
    </w:p>
    <w:tbl>
      <w:tblPr>
        <w:tblStyle w:val="TableGrid"/>
        <w:tblW w:w="0" w:type="auto"/>
        <w:tblLayout w:type="fixed"/>
        <w:tblLook w:val="04A0" w:firstRow="1" w:lastRow="0" w:firstColumn="1" w:lastColumn="0" w:noHBand="0" w:noVBand="1"/>
      </w:tblPr>
      <w:tblGrid>
        <w:gridCol w:w="3685"/>
        <w:gridCol w:w="5953"/>
      </w:tblGrid>
      <w:tr w:rsidR="0061506E" w14:paraId="633F713B" w14:textId="77777777">
        <w:trPr>
          <w:trHeight w:val="1417"/>
        </w:trPr>
        <w:tc>
          <w:tcPr>
            <w:tcW w:w="3685" w:type="dxa"/>
            <w:shd w:val="clear" w:color="auto" w:fill="B6DDE8"/>
          </w:tcPr>
          <w:p w14:paraId="0B46461B" w14:textId="77777777" w:rsidR="0061506E" w:rsidRDefault="00222EA4">
            <w:r>
              <w:rPr>
                <w:b/>
              </w:rPr>
              <w:t>Membership of professional bodies or other relevant training</w:t>
            </w:r>
          </w:p>
        </w:tc>
        <w:tc>
          <w:tcPr>
            <w:tcW w:w="5953" w:type="dxa"/>
          </w:tcPr>
          <w:p w14:paraId="21FC330E" w14:textId="77777777" w:rsidR="0061506E" w:rsidRDefault="0061506E"/>
        </w:tc>
      </w:tr>
    </w:tbl>
    <w:p w14:paraId="13E7D9C6" w14:textId="77777777" w:rsidR="0061506E" w:rsidRDefault="00222EA4">
      <w:pPr>
        <w:pStyle w:val="Heading1"/>
      </w:pPr>
      <w:r>
        <w:t>5. Supporting statement</w:t>
      </w:r>
    </w:p>
    <w:p w14:paraId="409A45A4" w14:textId="77777777" w:rsidR="0061506E" w:rsidRDefault="00222EA4">
      <w:r>
        <w:t>Why do you want to work for us and why do you think you are right for this position? Please use the job description and person specification to inform your answer (you may continue on a separate sheet if necessary).</w:t>
      </w:r>
    </w:p>
    <w:tbl>
      <w:tblPr>
        <w:tblStyle w:val="TableGrid"/>
        <w:tblW w:w="0" w:type="auto"/>
        <w:tblLayout w:type="fixed"/>
        <w:tblLook w:val="04A0" w:firstRow="1" w:lastRow="0" w:firstColumn="1" w:lastColumn="0" w:noHBand="0" w:noVBand="1"/>
      </w:tblPr>
      <w:tblGrid>
        <w:gridCol w:w="9638"/>
      </w:tblGrid>
      <w:tr w:rsidR="0061506E" w14:paraId="1C739D63" w14:textId="77777777" w:rsidTr="00630B7B">
        <w:trPr>
          <w:trHeight w:val="6732"/>
        </w:trPr>
        <w:tc>
          <w:tcPr>
            <w:tcW w:w="9638" w:type="dxa"/>
          </w:tcPr>
          <w:p w14:paraId="796E6DB4" w14:textId="77777777" w:rsidR="0061506E" w:rsidRDefault="0061506E"/>
        </w:tc>
      </w:tr>
    </w:tbl>
    <w:p w14:paraId="1A699058" w14:textId="77777777" w:rsidR="0061506E" w:rsidRDefault="00222EA4">
      <w:pPr>
        <w:pStyle w:val="Heading1"/>
      </w:pPr>
      <w:r>
        <w:t>6. Reasonable adjustments</w:t>
      </w:r>
    </w:p>
    <w:tbl>
      <w:tblPr>
        <w:tblStyle w:val="TableGrid"/>
        <w:tblW w:w="0" w:type="auto"/>
        <w:tblLayout w:type="fixed"/>
        <w:tblLook w:val="04A0" w:firstRow="1" w:lastRow="0" w:firstColumn="1" w:lastColumn="0" w:noHBand="0" w:noVBand="1"/>
      </w:tblPr>
      <w:tblGrid>
        <w:gridCol w:w="5386"/>
        <w:gridCol w:w="4252"/>
      </w:tblGrid>
      <w:tr w:rsidR="0061506E" w14:paraId="776F9A20" w14:textId="77777777">
        <w:trPr>
          <w:trHeight w:val="510"/>
        </w:trPr>
        <w:tc>
          <w:tcPr>
            <w:tcW w:w="5386" w:type="dxa"/>
            <w:shd w:val="clear" w:color="auto" w:fill="B6DDE8"/>
          </w:tcPr>
          <w:p w14:paraId="5ED34E58" w14:textId="77777777" w:rsidR="0061506E" w:rsidRDefault="00222EA4">
            <w:r>
              <w:rPr>
                <w:b/>
              </w:rPr>
              <w:t>Do you require any reasonable adjustments to participate in the interview or selection process? (Yes / No)</w:t>
            </w:r>
          </w:p>
        </w:tc>
        <w:tc>
          <w:tcPr>
            <w:tcW w:w="4252" w:type="dxa"/>
          </w:tcPr>
          <w:p w14:paraId="6B715FA8" w14:textId="77777777" w:rsidR="0061506E" w:rsidRDefault="0061506E"/>
        </w:tc>
      </w:tr>
      <w:tr w:rsidR="0061506E" w14:paraId="319100D4" w14:textId="77777777">
        <w:trPr>
          <w:trHeight w:val="1133"/>
        </w:trPr>
        <w:tc>
          <w:tcPr>
            <w:tcW w:w="5386" w:type="dxa"/>
            <w:shd w:val="clear" w:color="auto" w:fill="B6DDE8"/>
          </w:tcPr>
          <w:p w14:paraId="0F78C5A0" w14:textId="77777777" w:rsidR="0061506E" w:rsidRDefault="00222EA4">
            <w:r>
              <w:rPr>
                <w:b/>
              </w:rPr>
              <w:t>If yes, please provide details</w:t>
            </w:r>
          </w:p>
        </w:tc>
        <w:tc>
          <w:tcPr>
            <w:tcW w:w="4252" w:type="dxa"/>
          </w:tcPr>
          <w:p w14:paraId="27423250" w14:textId="77777777" w:rsidR="0061506E" w:rsidRDefault="0061506E"/>
        </w:tc>
      </w:tr>
    </w:tbl>
    <w:p w14:paraId="22D98FB9" w14:textId="77777777" w:rsidR="0061506E" w:rsidRDefault="00222EA4">
      <w:pPr>
        <w:pStyle w:val="Heading1"/>
      </w:pPr>
      <w:r>
        <w:t>7. Referees</w:t>
      </w:r>
    </w:p>
    <w:p w14:paraId="0F6B635C" w14:textId="77777777" w:rsidR="0061506E" w:rsidRDefault="00222EA4">
      <w:r>
        <w:t>Please provide details for two referees (one must be your most recent employer). We won’t contact your referees unless a conditional offer has been made and you’ve given us permission.</w:t>
      </w:r>
    </w:p>
    <w:tbl>
      <w:tblPr>
        <w:tblStyle w:val="TableGrid"/>
        <w:tblW w:w="0" w:type="auto"/>
        <w:tblLayout w:type="fixed"/>
        <w:tblLook w:val="04A0" w:firstRow="1" w:lastRow="0" w:firstColumn="1" w:lastColumn="0" w:noHBand="0" w:noVBand="1"/>
      </w:tblPr>
      <w:tblGrid>
        <w:gridCol w:w="2835"/>
        <w:gridCol w:w="3402"/>
        <w:gridCol w:w="3402"/>
      </w:tblGrid>
      <w:tr w:rsidR="0061506E" w14:paraId="64A60EA6" w14:textId="77777777">
        <w:tc>
          <w:tcPr>
            <w:tcW w:w="2835" w:type="dxa"/>
            <w:shd w:val="clear" w:color="auto" w:fill="B6DDE8"/>
          </w:tcPr>
          <w:p w14:paraId="25CF67E9" w14:textId="77777777" w:rsidR="0061506E" w:rsidRDefault="0061506E"/>
        </w:tc>
        <w:tc>
          <w:tcPr>
            <w:tcW w:w="3402" w:type="dxa"/>
            <w:shd w:val="clear" w:color="auto" w:fill="B6DDE8"/>
          </w:tcPr>
          <w:p w14:paraId="20D224EC" w14:textId="77777777" w:rsidR="0061506E" w:rsidRDefault="00222EA4">
            <w:r>
              <w:rPr>
                <w:b/>
              </w:rPr>
              <w:t>Referee 1</w:t>
            </w:r>
          </w:p>
        </w:tc>
        <w:tc>
          <w:tcPr>
            <w:tcW w:w="3402" w:type="dxa"/>
            <w:shd w:val="clear" w:color="auto" w:fill="B6DDE8"/>
          </w:tcPr>
          <w:p w14:paraId="38DF2BF4" w14:textId="77777777" w:rsidR="0061506E" w:rsidRDefault="00222EA4">
            <w:r>
              <w:rPr>
                <w:b/>
              </w:rPr>
              <w:t>Referee 2</w:t>
            </w:r>
          </w:p>
        </w:tc>
      </w:tr>
      <w:tr w:rsidR="0061506E" w14:paraId="57EC9593" w14:textId="77777777">
        <w:trPr>
          <w:trHeight w:val="510"/>
        </w:trPr>
        <w:tc>
          <w:tcPr>
            <w:tcW w:w="2835" w:type="dxa"/>
            <w:shd w:val="clear" w:color="auto" w:fill="B6DDE8"/>
          </w:tcPr>
          <w:p w14:paraId="518CDC6E" w14:textId="77777777" w:rsidR="0061506E" w:rsidRDefault="00222EA4">
            <w:r>
              <w:rPr>
                <w:b/>
              </w:rPr>
              <w:t>Name</w:t>
            </w:r>
          </w:p>
        </w:tc>
        <w:tc>
          <w:tcPr>
            <w:tcW w:w="3402" w:type="dxa"/>
          </w:tcPr>
          <w:p w14:paraId="23F157E8" w14:textId="77777777" w:rsidR="0061506E" w:rsidRDefault="0061506E"/>
        </w:tc>
        <w:tc>
          <w:tcPr>
            <w:tcW w:w="3402" w:type="dxa"/>
          </w:tcPr>
          <w:p w14:paraId="7CC620FD" w14:textId="77777777" w:rsidR="0061506E" w:rsidRDefault="0061506E"/>
        </w:tc>
      </w:tr>
      <w:tr w:rsidR="0061506E" w14:paraId="144372D5" w14:textId="77777777">
        <w:trPr>
          <w:trHeight w:val="510"/>
        </w:trPr>
        <w:tc>
          <w:tcPr>
            <w:tcW w:w="2835" w:type="dxa"/>
            <w:shd w:val="clear" w:color="auto" w:fill="B6DDE8"/>
          </w:tcPr>
          <w:p w14:paraId="2A33186C" w14:textId="77777777" w:rsidR="0061506E" w:rsidRDefault="00222EA4">
            <w:r>
              <w:rPr>
                <w:b/>
              </w:rPr>
              <w:t>Relationship to you</w:t>
            </w:r>
          </w:p>
        </w:tc>
        <w:tc>
          <w:tcPr>
            <w:tcW w:w="3402" w:type="dxa"/>
          </w:tcPr>
          <w:p w14:paraId="053CAFEB" w14:textId="77777777" w:rsidR="0061506E" w:rsidRDefault="0061506E"/>
        </w:tc>
        <w:tc>
          <w:tcPr>
            <w:tcW w:w="3402" w:type="dxa"/>
          </w:tcPr>
          <w:p w14:paraId="04358532" w14:textId="77777777" w:rsidR="0061506E" w:rsidRDefault="0061506E"/>
        </w:tc>
      </w:tr>
      <w:tr w:rsidR="0061506E" w14:paraId="64F62F78" w14:textId="77777777">
        <w:trPr>
          <w:trHeight w:val="510"/>
        </w:trPr>
        <w:tc>
          <w:tcPr>
            <w:tcW w:w="2835" w:type="dxa"/>
            <w:shd w:val="clear" w:color="auto" w:fill="B6DDE8"/>
          </w:tcPr>
          <w:p w14:paraId="7A991A89" w14:textId="77777777" w:rsidR="0061506E" w:rsidRDefault="00222EA4">
            <w:r>
              <w:rPr>
                <w:b/>
              </w:rPr>
              <w:t>Company / Organisation</w:t>
            </w:r>
          </w:p>
        </w:tc>
        <w:tc>
          <w:tcPr>
            <w:tcW w:w="3402" w:type="dxa"/>
          </w:tcPr>
          <w:p w14:paraId="5E9BECB5" w14:textId="77777777" w:rsidR="0061506E" w:rsidRDefault="0061506E"/>
        </w:tc>
        <w:tc>
          <w:tcPr>
            <w:tcW w:w="3402" w:type="dxa"/>
          </w:tcPr>
          <w:p w14:paraId="1ED4CE2C" w14:textId="77777777" w:rsidR="0061506E" w:rsidRDefault="0061506E"/>
        </w:tc>
      </w:tr>
      <w:tr w:rsidR="0061506E" w14:paraId="65F96C09" w14:textId="77777777">
        <w:trPr>
          <w:trHeight w:val="510"/>
        </w:trPr>
        <w:tc>
          <w:tcPr>
            <w:tcW w:w="2835" w:type="dxa"/>
            <w:shd w:val="clear" w:color="auto" w:fill="B6DDE8"/>
          </w:tcPr>
          <w:p w14:paraId="5388055B" w14:textId="77777777" w:rsidR="0061506E" w:rsidRDefault="00222EA4">
            <w:r>
              <w:rPr>
                <w:b/>
              </w:rPr>
              <w:t>Email</w:t>
            </w:r>
          </w:p>
        </w:tc>
        <w:tc>
          <w:tcPr>
            <w:tcW w:w="3402" w:type="dxa"/>
          </w:tcPr>
          <w:p w14:paraId="24424A14" w14:textId="77777777" w:rsidR="0061506E" w:rsidRDefault="0061506E"/>
        </w:tc>
        <w:tc>
          <w:tcPr>
            <w:tcW w:w="3402" w:type="dxa"/>
          </w:tcPr>
          <w:p w14:paraId="1E20A8D3" w14:textId="77777777" w:rsidR="0061506E" w:rsidRDefault="0061506E"/>
        </w:tc>
      </w:tr>
      <w:tr w:rsidR="0061506E" w14:paraId="50F33BD4" w14:textId="77777777">
        <w:trPr>
          <w:trHeight w:val="510"/>
        </w:trPr>
        <w:tc>
          <w:tcPr>
            <w:tcW w:w="2835" w:type="dxa"/>
            <w:shd w:val="clear" w:color="auto" w:fill="B6DDE8"/>
          </w:tcPr>
          <w:p w14:paraId="2CB276C1" w14:textId="77777777" w:rsidR="0061506E" w:rsidRDefault="00222EA4">
            <w:r>
              <w:rPr>
                <w:b/>
              </w:rPr>
              <w:t>Phone</w:t>
            </w:r>
          </w:p>
        </w:tc>
        <w:tc>
          <w:tcPr>
            <w:tcW w:w="3402" w:type="dxa"/>
          </w:tcPr>
          <w:p w14:paraId="558289A7" w14:textId="77777777" w:rsidR="0061506E" w:rsidRDefault="0061506E"/>
        </w:tc>
        <w:tc>
          <w:tcPr>
            <w:tcW w:w="3402" w:type="dxa"/>
          </w:tcPr>
          <w:p w14:paraId="0BE7A6B6" w14:textId="77777777" w:rsidR="0061506E" w:rsidRDefault="0061506E"/>
        </w:tc>
      </w:tr>
    </w:tbl>
    <w:p w14:paraId="1E4B1832" w14:textId="77777777" w:rsidR="0061506E" w:rsidRDefault="00222EA4">
      <w:pPr>
        <w:pStyle w:val="Heading1"/>
      </w:pPr>
      <w:r>
        <w:lastRenderedPageBreak/>
        <w:t>8. Where did you hear about us?</w:t>
      </w:r>
    </w:p>
    <w:tbl>
      <w:tblPr>
        <w:tblStyle w:val="TableGrid"/>
        <w:tblW w:w="0" w:type="auto"/>
        <w:tblLayout w:type="fixed"/>
        <w:tblLook w:val="04A0" w:firstRow="1" w:lastRow="0" w:firstColumn="1" w:lastColumn="0" w:noHBand="0" w:noVBand="1"/>
      </w:tblPr>
      <w:tblGrid>
        <w:gridCol w:w="3685"/>
        <w:gridCol w:w="5953"/>
      </w:tblGrid>
      <w:tr w:rsidR="0061506E" w14:paraId="071BD4DD" w14:textId="77777777">
        <w:trPr>
          <w:trHeight w:val="793"/>
        </w:trPr>
        <w:tc>
          <w:tcPr>
            <w:tcW w:w="3685" w:type="dxa"/>
            <w:shd w:val="clear" w:color="auto" w:fill="B6DDE8"/>
          </w:tcPr>
          <w:p w14:paraId="41EC0A62" w14:textId="77777777" w:rsidR="0061506E" w:rsidRDefault="00222EA4">
            <w:r>
              <w:rPr>
                <w:b/>
              </w:rPr>
              <w:t>Where did you hear about us?</w:t>
            </w:r>
          </w:p>
        </w:tc>
        <w:tc>
          <w:tcPr>
            <w:tcW w:w="5953" w:type="dxa"/>
          </w:tcPr>
          <w:p w14:paraId="175731BD" w14:textId="77777777" w:rsidR="0061506E" w:rsidRDefault="0061506E"/>
        </w:tc>
      </w:tr>
    </w:tbl>
    <w:p w14:paraId="51C1D469" w14:textId="77777777" w:rsidR="0061506E" w:rsidRDefault="00222EA4">
      <w:pPr>
        <w:pStyle w:val="Heading1"/>
      </w:pPr>
      <w:r>
        <w:t>9. Declaration</w:t>
      </w:r>
    </w:p>
    <w:p w14:paraId="13FEADD8" w14:textId="77777777" w:rsidR="0061506E" w:rsidRDefault="00222EA4">
      <w:r>
        <w:t>The information detailed in this application form will be used for the purpose of administration and legitimate issues relating to employment. Double Impact will observe the principles of the Data Protection Act 2018 at all times.</w:t>
      </w:r>
    </w:p>
    <w:p w14:paraId="2C5FE7F3" w14:textId="77777777" w:rsidR="0061506E" w:rsidRDefault="00222EA4">
      <w:r>
        <w:t>I confirm that the details I have given in this application are accurate. If my application is successful, I understand that any false statement or failure to disclose information where required to do so, will render me liable to action which may include dismissal.</w:t>
      </w:r>
    </w:p>
    <w:tbl>
      <w:tblPr>
        <w:tblStyle w:val="TableGrid"/>
        <w:tblW w:w="0" w:type="auto"/>
        <w:tblLayout w:type="fixed"/>
        <w:tblLook w:val="04A0" w:firstRow="1" w:lastRow="0" w:firstColumn="1" w:lastColumn="0" w:noHBand="0" w:noVBand="1"/>
      </w:tblPr>
      <w:tblGrid>
        <w:gridCol w:w="3685"/>
        <w:gridCol w:w="5953"/>
      </w:tblGrid>
      <w:tr w:rsidR="0061506E" w14:paraId="1D235A4B" w14:textId="77777777">
        <w:trPr>
          <w:trHeight w:val="510"/>
        </w:trPr>
        <w:tc>
          <w:tcPr>
            <w:tcW w:w="3685" w:type="dxa"/>
            <w:shd w:val="clear" w:color="auto" w:fill="B6DDE8"/>
          </w:tcPr>
          <w:p w14:paraId="76521CC2" w14:textId="77777777" w:rsidR="0061506E" w:rsidRDefault="00222EA4">
            <w:r>
              <w:rPr>
                <w:b/>
              </w:rPr>
              <w:t>Signature (type your full name)</w:t>
            </w:r>
          </w:p>
        </w:tc>
        <w:tc>
          <w:tcPr>
            <w:tcW w:w="5953" w:type="dxa"/>
          </w:tcPr>
          <w:p w14:paraId="47262341" w14:textId="77777777" w:rsidR="0061506E" w:rsidRDefault="0061506E"/>
        </w:tc>
      </w:tr>
      <w:tr w:rsidR="0061506E" w14:paraId="1FDDE3FB" w14:textId="77777777">
        <w:trPr>
          <w:trHeight w:val="510"/>
        </w:trPr>
        <w:tc>
          <w:tcPr>
            <w:tcW w:w="3685" w:type="dxa"/>
            <w:shd w:val="clear" w:color="auto" w:fill="B6DDE8"/>
          </w:tcPr>
          <w:p w14:paraId="704BB560" w14:textId="77777777" w:rsidR="0061506E" w:rsidRDefault="00222EA4">
            <w:r>
              <w:rPr>
                <w:b/>
              </w:rPr>
              <w:t>Print name</w:t>
            </w:r>
          </w:p>
        </w:tc>
        <w:tc>
          <w:tcPr>
            <w:tcW w:w="5953" w:type="dxa"/>
          </w:tcPr>
          <w:p w14:paraId="237A24AE" w14:textId="77777777" w:rsidR="0061506E" w:rsidRDefault="0061506E"/>
        </w:tc>
      </w:tr>
      <w:tr w:rsidR="0061506E" w14:paraId="6062DA2E" w14:textId="77777777">
        <w:trPr>
          <w:trHeight w:val="510"/>
        </w:trPr>
        <w:tc>
          <w:tcPr>
            <w:tcW w:w="3685" w:type="dxa"/>
            <w:shd w:val="clear" w:color="auto" w:fill="B6DDE8"/>
          </w:tcPr>
          <w:p w14:paraId="1E7FD393" w14:textId="77777777" w:rsidR="0061506E" w:rsidRDefault="00222EA4">
            <w:r>
              <w:rPr>
                <w:b/>
              </w:rPr>
              <w:t>Date</w:t>
            </w:r>
          </w:p>
        </w:tc>
        <w:tc>
          <w:tcPr>
            <w:tcW w:w="5953" w:type="dxa"/>
          </w:tcPr>
          <w:p w14:paraId="28E47B81" w14:textId="77777777" w:rsidR="0061506E" w:rsidRDefault="0061506E"/>
        </w:tc>
      </w:tr>
    </w:tbl>
    <w:p w14:paraId="4B58FA24" w14:textId="77777777" w:rsidR="0061506E" w:rsidRDefault="00222EA4">
      <w:r>
        <w:rPr>
          <w:i/>
          <w:sz w:val="20"/>
        </w:rPr>
        <w:t>By signing, you confirm you have read and understood the Recruitment Privacy Notice available on our website.</w:t>
      </w:r>
    </w:p>
    <w:p w14:paraId="2F811258" w14:textId="77777777" w:rsidR="0061506E" w:rsidRDefault="0061506E">
      <w:pPr>
        <w:spacing w:after="80"/>
      </w:pPr>
    </w:p>
    <w:p w14:paraId="05A97697" w14:textId="12714413" w:rsidR="0061506E" w:rsidRDefault="00222EA4">
      <w:r>
        <w:rPr>
          <w:b/>
        </w:rPr>
        <w:t xml:space="preserve">Please return this form to: </w:t>
      </w:r>
      <w:r>
        <w:t xml:space="preserve">– </w:t>
      </w:r>
      <w:hyperlink r:id="rId8" w:history="1">
        <w:r>
          <w:rPr>
            <w:rStyle w:val="Hyperlink"/>
          </w:rPr>
          <w:t>recruitment@doubleimpact.org.uk</w:t>
        </w:r>
      </w:hyperlink>
    </w:p>
    <w:p w14:paraId="5137304F" w14:textId="77777777" w:rsidR="0061506E" w:rsidRDefault="00222EA4">
      <w:r>
        <w:br w:type="page"/>
      </w:r>
    </w:p>
    <w:p w14:paraId="4D451C0B" w14:textId="77777777" w:rsidR="0061506E" w:rsidRDefault="00222EA4">
      <w:pPr>
        <w:pStyle w:val="Heading1"/>
      </w:pPr>
      <w:r>
        <w:lastRenderedPageBreak/>
        <w:t>Rehabilitation of Offenders</w:t>
      </w:r>
    </w:p>
    <w:p w14:paraId="6F51A790" w14:textId="77777777" w:rsidR="0061506E" w:rsidRDefault="00222EA4">
      <w:r>
        <w:rPr>
          <w:i/>
          <w:sz w:val="20"/>
        </w:rPr>
        <w:t>This page of the application form will be detached from your application before shortlisting. It will be stored securely and only reviewed for successful applicants. We guarantee that this information will only be seen by those who need to see it as part of the recruitment process. If you are not shortlisted for interview the information will be destroyed.</w:t>
      </w:r>
    </w:p>
    <w:p w14:paraId="2A9629CA" w14:textId="77777777" w:rsidR="0061506E" w:rsidRDefault="00222EA4">
      <w:r>
        <w:t>Double Impact has a duty to ensure that all our service users are protected from abuse. Double Impact is therefore exempt from the Rehabilitation of Offenders Act 1974. We therefore ask all those in posts involving direct provision of services to our vulnerable people to complete an enhanced Disclosure and Barring Service (DBS) application before commencing work with us. It is therefore very important that you declare to us all criminal convictions whether spent or unspent that you have received. This should include details of all cautions, reprimands or final warnings. (See our policy on the recruitment of ex-offenders and our policy on criminal records which has been provided as part of the job application pack and which can also be found on the jobs page of our website https://www.doubleimpact.org.uk/about-us/job-opportunities).</w:t>
      </w:r>
    </w:p>
    <w:p w14:paraId="5DCDE234" w14:textId="77777777" w:rsidR="0061506E" w:rsidRDefault="00222EA4">
      <w:r>
        <w:t>The information that we gather as part of this process will only be used for the purpose of minimising risk in the recruitment and selection of workers and for no other reason. The disclosure of a criminal record will not automatically prevent you from being appointed unless Double Impact Services considers that the record renders you unsuitable for appointment.</w:t>
      </w:r>
    </w:p>
    <w:tbl>
      <w:tblPr>
        <w:tblStyle w:val="TableGrid"/>
        <w:tblW w:w="0" w:type="auto"/>
        <w:tblLayout w:type="fixed"/>
        <w:tblLook w:val="04A0" w:firstRow="1" w:lastRow="0" w:firstColumn="1" w:lastColumn="0" w:noHBand="0" w:noVBand="1"/>
      </w:tblPr>
      <w:tblGrid>
        <w:gridCol w:w="6803"/>
        <w:gridCol w:w="2835"/>
      </w:tblGrid>
      <w:tr w:rsidR="0061506E" w14:paraId="6C249CA8" w14:textId="77777777">
        <w:trPr>
          <w:trHeight w:val="680"/>
        </w:trPr>
        <w:tc>
          <w:tcPr>
            <w:tcW w:w="6803" w:type="dxa"/>
            <w:shd w:val="clear" w:color="auto" w:fill="B6DDE8"/>
          </w:tcPr>
          <w:p w14:paraId="3E6BCB18" w14:textId="77777777" w:rsidR="0061506E" w:rsidRDefault="00222EA4">
            <w:r>
              <w:rPr>
                <w:b/>
              </w:rPr>
              <w:t>Have you ever been convicted of a criminal offence, received a formal caution, been bound over or received a conditional discharge? (Yes / No)</w:t>
            </w:r>
          </w:p>
        </w:tc>
        <w:tc>
          <w:tcPr>
            <w:tcW w:w="2835" w:type="dxa"/>
          </w:tcPr>
          <w:p w14:paraId="485B2844" w14:textId="77777777" w:rsidR="0061506E" w:rsidRDefault="0061506E"/>
        </w:tc>
      </w:tr>
      <w:tr w:rsidR="0061506E" w14:paraId="0F32DB90" w14:textId="77777777">
        <w:trPr>
          <w:trHeight w:val="510"/>
        </w:trPr>
        <w:tc>
          <w:tcPr>
            <w:tcW w:w="6803" w:type="dxa"/>
            <w:shd w:val="clear" w:color="auto" w:fill="B6DDE8"/>
          </w:tcPr>
          <w:p w14:paraId="539ABEB5" w14:textId="77777777" w:rsidR="0061506E" w:rsidRDefault="00222EA4">
            <w:r>
              <w:rPr>
                <w:b/>
              </w:rPr>
              <w:t>Do you have any police investigations or charges pending? (Yes / No)</w:t>
            </w:r>
          </w:p>
        </w:tc>
        <w:tc>
          <w:tcPr>
            <w:tcW w:w="2835" w:type="dxa"/>
          </w:tcPr>
          <w:p w14:paraId="72931252" w14:textId="77777777" w:rsidR="0061506E" w:rsidRDefault="0061506E"/>
        </w:tc>
      </w:tr>
    </w:tbl>
    <w:p w14:paraId="2D1DDBE3" w14:textId="77777777" w:rsidR="0061506E" w:rsidRDefault="0061506E">
      <w:pPr>
        <w:spacing w:after="80"/>
      </w:pPr>
    </w:p>
    <w:tbl>
      <w:tblPr>
        <w:tblStyle w:val="TableGrid"/>
        <w:tblW w:w="0" w:type="auto"/>
        <w:tblLayout w:type="fixed"/>
        <w:tblLook w:val="04A0" w:firstRow="1" w:lastRow="0" w:firstColumn="1" w:lastColumn="0" w:noHBand="0" w:noVBand="1"/>
      </w:tblPr>
      <w:tblGrid>
        <w:gridCol w:w="3685"/>
        <w:gridCol w:w="5953"/>
      </w:tblGrid>
      <w:tr w:rsidR="0061506E" w14:paraId="68538B68" w14:textId="77777777">
        <w:trPr>
          <w:trHeight w:val="1984"/>
        </w:trPr>
        <w:tc>
          <w:tcPr>
            <w:tcW w:w="3685" w:type="dxa"/>
            <w:shd w:val="clear" w:color="auto" w:fill="B6DDE8"/>
          </w:tcPr>
          <w:p w14:paraId="6D894C42" w14:textId="77777777" w:rsidR="0061506E" w:rsidRDefault="00222EA4">
            <w:r>
              <w:rPr>
                <w:b/>
              </w:rPr>
              <w:t>If you have answered ‘Yes’ to either of the two questions above, please give full details here</w:t>
            </w:r>
          </w:p>
        </w:tc>
        <w:tc>
          <w:tcPr>
            <w:tcW w:w="5953" w:type="dxa"/>
          </w:tcPr>
          <w:p w14:paraId="473F740A" w14:textId="77777777" w:rsidR="0061506E" w:rsidRDefault="0061506E"/>
        </w:tc>
      </w:tr>
    </w:tbl>
    <w:p w14:paraId="68180492" w14:textId="77777777" w:rsidR="0061506E" w:rsidRDefault="0061506E">
      <w:pPr>
        <w:spacing w:after="80"/>
      </w:pPr>
    </w:p>
    <w:tbl>
      <w:tblPr>
        <w:tblStyle w:val="TableGrid"/>
        <w:tblW w:w="0" w:type="auto"/>
        <w:tblLayout w:type="fixed"/>
        <w:tblLook w:val="04A0" w:firstRow="1" w:lastRow="0" w:firstColumn="1" w:lastColumn="0" w:noHBand="0" w:noVBand="1"/>
      </w:tblPr>
      <w:tblGrid>
        <w:gridCol w:w="6803"/>
        <w:gridCol w:w="2835"/>
      </w:tblGrid>
      <w:tr w:rsidR="0061506E" w14:paraId="7875E843" w14:textId="77777777">
        <w:trPr>
          <w:trHeight w:val="510"/>
        </w:trPr>
        <w:tc>
          <w:tcPr>
            <w:tcW w:w="6803" w:type="dxa"/>
            <w:shd w:val="clear" w:color="auto" w:fill="B6DDE8"/>
          </w:tcPr>
          <w:p w14:paraId="7C74558A" w14:textId="77777777" w:rsidR="0061506E" w:rsidRDefault="00222EA4">
            <w:r>
              <w:rPr>
                <w:b/>
              </w:rPr>
              <w:t>Would you be willing to undergo a Disclosure and Barring Service (DBS) check? (Yes / No)</w:t>
            </w:r>
          </w:p>
        </w:tc>
        <w:tc>
          <w:tcPr>
            <w:tcW w:w="2835" w:type="dxa"/>
          </w:tcPr>
          <w:p w14:paraId="16027CAE" w14:textId="77777777" w:rsidR="0061506E" w:rsidRDefault="0061506E"/>
        </w:tc>
      </w:tr>
      <w:tr w:rsidR="0061506E" w14:paraId="5A03D32D" w14:textId="77777777">
        <w:trPr>
          <w:trHeight w:val="510"/>
        </w:trPr>
        <w:tc>
          <w:tcPr>
            <w:tcW w:w="6803" w:type="dxa"/>
            <w:shd w:val="clear" w:color="auto" w:fill="B6DDE8"/>
          </w:tcPr>
          <w:p w14:paraId="5E5C565D" w14:textId="77777777" w:rsidR="0061506E" w:rsidRDefault="00222EA4">
            <w:r>
              <w:rPr>
                <w:b/>
              </w:rPr>
              <w:t>Are you a member of the DBS online update service? (Yes / No)</w:t>
            </w:r>
          </w:p>
        </w:tc>
        <w:tc>
          <w:tcPr>
            <w:tcW w:w="2835" w:type="dxa"/>
          </w:tcPr>
          <w:p w14:paraId="176A09BA" w14:textId="77777777" w:rsidR="0061506E" w:rsidRDefault="0061506E"/>
        </w:tc>
      </w:tr>
      <w:tr w:rsidR="0061506E" w14:paraId="648D76A7" w14:textId="77777777">
        <w:trPr>
          <w:trHeight w:val="510"/>
        </w:trPr>
        <w:tc>
          <w:tcPr>
            <w:tcW w:w="6803" w:type="dxa"/>
            <w:shd w:val="clear" w:color="auto" w:fill="B6DDE8"/>
          </w:tcPr>
          <w:p w14:paraId="5FC93E70" w14:textId="77777777" w:rsidR="0061506E" w:rsidRDefault="00222EA4">
            <w:r>
              <w:rPr>
                <w:b/>
              </w:rPr>
              <w:t>If ‘Yes’ to the above, do you authorise Double Impact to access your details? (Yes / No)</w:t>
            </w:r>
          </w:p>
        </w:tc>
        <w:tc>
          <w:tcPr>
            <w:tcW w:w="2835" w:type="dxa"/>
          </w:tcPr>
          <w:p w14:paraId="466D2767" w14:textId="77777777" w:rsidR="0061506E" w:rsidRDefault="0061506E"/>
        </w:tc>
      </w:tr>
    </w:tbl>
    <w:p w14:paraId="220DD583" w14:textId="77777777" w:rsidR="00215B8E" w:rsidRDefault="00215B8E">
      <w:pPr>
        <w:pStyle w:val="Heading2"/>
      </w:pPr>
    </w:p>
    <w:p w14:paraId="07C4CB33" w14:textId="77777777" w:rsidR="00215B8E" w:rsidRDefault="00215B8E">
      <w:pPr>
        <w:spacing w:after="200"/>
        <w:rPr>
          <w:rFonts w:asciiTheme="majorHAnsi" w:eastAsiaTheme="majorEastAsia" w:hAnsiTheme="majorHAnsi" w:cstheme="majorBidi"/>
          <w:b/>
          <w:bCs/>
          <w:color w:val="365F91"/>
          <w:sz w:val="24"/>
          <w:szCs w:val="26"/>
        </w:rPr>
      </w:pPr>
      <w:r>
        <w:br w:type="page"/>
      </w:r>
    </w:p>
    <w:p w14:paraId="23B41761" w14:textId="77777777" w:rsidR="0061506E" w:rsidRDefault="00222EA4">
      <w:pPr>
        <w:pStyle w:val="Heading2"/>
      </w:pPr>
      <w:r>
        <w:lastRenderedPageBreak/>
        <w:t>Consent</w:t>
      </w:r>
    </w:p>
    <w:p w14:paraId="4EF1B263" w14:textId="77777777" w:rsidR="0061506E" w:rsidRDefault="00222EA4">
      <w:r>
        <w:t>By putting an X in the box below I confirm I agree to Double Impact Services processing and using my personal data with respect to criminal convictions for the purposes specified on this form. I can confirm that the recruitment of ex-offenders policy and policy on criminal records has been provided as part of the job application pack (if applying online please see the jobs page of our website https://www.doubleimpact.org.uk/about-us/job-opportunities where the policies can be downloaded).</w:t>
      </w:r>
    </w:p>
    <w:tbl>
      <w:tblPr>
        <w:tblStyle w:val="TableGrid"/>
        <w:tblW w:w="0" w:type="auto"/>
        <w:tblLayout w:type="fixed"/>
        <w:tblLook w:val="04A0" w:firstRow="1" w:lastRow="0" w:firstColumn="1" w:lastColumn="0" w:noHBand="0" w:noVBand="1"/>
      </w:tblPr>
      <w:tblGrid>
        <w:gridCol w:w="8844"/>
        <w:gridCol w:w="794"/>
      </w:tblGrid>
      <w:tr w:rsidR="0061506E" w14:paraId="5560B25C" w14:textId="77777777">
        <w:trPr>
          <w:trHeight w:val="453"/>
        </w:trPr>
        <w:tc>
          <w:tcPr>
            <w:tcW w:w="8844" w:type="dxa"/>
            <w:shd w:val="clear" w:color="auto" w:fill="B6DDE8"/>
          </w:tcPr>
          <w:p w14:paraId="29556B1D" w14:textId="77777777" w:rsidR="0061506E" w:rsidRDefault="00222EA4">
            <w:r>
              <w:rPr>
                <w:b/>
              </w:rPr>
              <w:t>I agree (put an X in the box)</w:t>
            </w:r>
          </w:p>
        </w:tc>
        <w:tc>
          <w:tcPr>
            <w:tcW w:w="794" w:type="dxa"/>
          </w:tcPr>
          <w:p w14:paraId="4CFB07A2" w14:textId="77777777" w:rsidR="0061506E" w:rsidRDefault="0061506E"/>
        </w:tc>
      </w:tr>
    </w:tbl>
    <w:p w14:paraId="79A74B76" w14:textId="77777777" w:rsidR="0061506E" w:rsidRDefault="0061506E">
      <w:pPr>
        <w:spacing w:after="80"/>
      </w:pPr>
    </w:p>
    <w:p w14:paraId="2206D81E" w14:textId="77777777" w:rsidR="0061506E" w:rsidRDefault="00222EA4">
      <w:r>
        <w:t>I understand that I am able to withdraw my consent at any time by contacting the Human Resources team at [insert recruitment email address]. I understand that you might not be able to stop immediately processing my personal data if you have already scheduled to process it automatically and that by withdrawing my consent my job application may not be able to be processed.</w:t>
      </w:r>
    </w:p>
    <w:tbl>
      <w:tblPr>
        <w:tblStyle w:val="TableGrid"/>
        <w:tblW w:w="0" w:type="auto"/>
        <w:tblLayout w:type="fixed"/>
        <w:tblLook w:val="04A0" w:firstRow="1" w:lastRow="0" w:firstColumn="1" w:lastColumn="0" w:noHBand="0" w:noVBand="1"/>
      </w:tblPr>
      <w:tblGrid>
        <w:gridCol w:w="3685"/>
        <w:gridCol w:w="5953"/>
      </w:tblGrid>
      <w:tr w:rsidR="0061506E" w14:paraId="1158FA7A" w14:textId="77777777">
        <w:trPr>
          <w:trHeight w:val="510"/>
        </w:trPr>
        <w:tc>
          <w:tcPr>
            <w:tcW w:w="3685" w:type="dxa"/>
            <w:shd w:val="clear" w:color="auto" w:fill="B6DDE8"/>
          </w:tcPr>
          <w:p w14:paraId="7B9DC040" w14:textId="77777777" w:rsidR="0061506E" w:rsidRDefault="00222EA4">
            <w:r>
              <w:rPr>
                <w:b/>
              </w:rPr>
              <w:t>Signed (type your full name)</w:t>
            </w:r>
          </w:p>
        </w:tc>
        <w:tc>
          <w:tcPr>
            <w:tcW w:w="5953" w:type="dxa"/>
          </w:tcPr>
          <w:p w14:paraId="6DE550C8" w14:textId="77777777" w:rsidR="0061506E" w:rsidRDefault="0061506E"/>
        </w:tc>
      </w:tr>
      <w:tr w:rsidR="0061506E" w14:paraId="4E348ADB" w14:textId="77777777">
        <w:trPr>
          <w:trHeight w:val="510"/>
        </w:trPr>
        <w:tc>
          <w:tcPr>
            <w:tcW w:w="3685" w:type="dxa"/>
            <w:shd w:val="clear" w:color="auto" w:fill="B6DDE8"/>
          </w:tcPr>
          <w:p w14:paraId="1D8DCA80" w14:textId="77777777" w:rsidR="0061506E" w:rsidRDefault="00222EA4">
            <w:r>
              <w:rPr>
                <w:b/>
              </w:rPr>
              <w:t>Print name</w:t>
            </w:r>
          </w:p>
        </w:tc>
        <w:tc>
          <w:tcPr>
            <w:tcW w:w="5953" w:type="dxa"/>
          </w:tcPr>
          <w:p w14:paraId="639E6278" w14:textId="77777777" w:rsidR="0061506E" w:rsidRDefault="0061506E"/>
        </w:tc>
      </w:tr>
      <w:tr w:rsidR="0061506E" w14:paraId="17D9CAFC" w14:textId="77777777">
        <w:trPr>
          <w:trHeight w:val="510"/>
        </w:trPr>
        <w:tc>
          <w:tcPr>
            <w:tcW w:w="3685" w:type="dxa"/>
            <w:shd w:val="clear" w:color="auto" w:fill="B6DDE8"/>
          </w:tcPr>
          <w:p w14:paraId="50BFD7A9" w14:textId="77777777" w:rsidR="0061506E" w:rsidRDefault="00222EA4">
            <w:r>
              <w:rPr>
                <w:b/>
              </w:rPr>
              <w:t>Date</w:t>
            </w:r>
          </w:p>
        </w:tc>
        <w:tc>
          <w:tcPr>
            <w:tcW w:w="5953" w:type="dxa"/>
          </w:tcPr>
          <w:p w14:paraId="6AC16202" w14:textId="77777777" w:rsidR="0061506E" w:rsidRDefault="0061506E"/>
        </w:tc>
      </w:tr>
    </w:tbl>
    <w:p w14:paraId="194CDA60" w14:textId="77777777" w:rsidR="006B187E" w:rsidRDefault="006B187E"/>
    <w:sectPr w:rsidR="006B187E" w:rsidSect="00630B7B">
      <w:headerReference w:type="default" r:id="rId9"/>
      <w:footerReference w:type="default" r:id="rId10"/>
      <w:pgSz w:w="11906" w:h="16838"/>
      <w:pgMar w:top="1020" w:right="1134" w:bottom="1020" w:left="1134" w:header="124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5FBE0" w14:textId="77777777" w:rsidR="006B187E" w:rsidRDefault="006B187E" w:rsidP="00630B7B">
      <w:pPr>
        <w:spacing w:after="0" w:line="240" w:lineRule="auto"/>
      </w:pPr>
      <w:r>
        <w:separator/>
      </w:r>
    </w:p>
  </w:endnote>
  <w:endnote w:type="continuationSeparator" w:id="0">
    <w:p w14:paraId="6450FD83" w14:textId="77777777" w:rsidR="006B187E" w:rsidRDefault="006B187E" w:rsidP="00630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7AED" w14:textId="77777777" w:rsidR="004429C1" w:rsidRDefault="00222EA4">
    <w:pPr>
      <w:pStyle w:val="Footer"/>
      <w:tabs>
        <w:tab w:val="clear" w:pos="4680"/>
      </w:tabs>
    </w:pPr>
    <w:r>
      <w:t>Double Impact – Application Form (Part 1)</w:t>
    </w:r>
    <w:r>
      <w:tab/>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24A86" w14:textId="77777777" w:rsidR="006B187E" w:rsidRDefault="006B187E" w:rsidP="00630B7B">
      <w:pPr>
        <w:spacing w:after="0" w:line="240" w:lineRule="auto"/>
      </w:pPr>
      <w:r>
        <w:separator/>
      </w:r>
    </w:p>
  </w:footnote>
  <w:footnote w:type="continuationSeparator" w:id="0">
    <w:p w14:paraId="4189CC5E" w14:textId="77777777" w:rsidR="006B187E" w:rsidRDefault="006B187E" w:rsidP="00630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63D2A" w14:textId="77777777" w:rsidR="00630B7B" w:rsidRDefault="00630B7B">
    <w:pPr>
      <w:pStyle w:val="Header"/>
    </w:pPr>
    <w:r>
      <w:rPr>
        <w:noProof/>
      </w:rPr>
      <w:drawing>
        <wp:anchor distT="0" distB="0" distL="114300" distR="114300" simplePos="0" relativeHeight="251665408" behindDoc="0" locked="0" layoutInCell="1" allowOverlap="1" wp14:anchorId="4C01E28B" wp14:editId="7F5CD8D1">
          <wp:simplePos x="0" y="0"/>
          <wp:positionH relativeFrom="column">
            <wp:posOffset>5194935</wp:posOffset>
          </wp:positionH>
          <wp:positionV relativeFrom="paragraph">
            <wp:posOffset>-600075</wp:posOffset>
          </wp:positionV>
          <wp:extent cx="983226" cy="714375"/>
          <wp:effectExtent l="0" t="0" r="7620" b="0"/>
          <wp:wrapNone/>
          <wp:docPr id="95164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4917" name="Picture 95164917"/>
                  <pic:cNvPicPr/>
                </pic:nvPicPr>
                <pic:blipFill>
                  <a:blip r:embed="rId1"/>
                  <a:stretch>
                    <a:fillRect/>
                  </a:stretch>
                </pic:blipFill>
                <pic:spPr>
                  <a:xfrm>
                    <a:off x="0" y="0"/>
                    <a:ext cx="983226"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BAC"/>
    <w:rsid w:val="0006063C"/>
    <w:rsid w:val="0015074B"/>
    <w:rsid w:val="00215B8E"/>
    <w:rsid w:val="00222EA4"/>
    <w:rsid w:val="0029639D"/>
    <w:rsid w:val="00326F90"/>
    <w:rsid w:val="004429C1"/>
    <w:rsid w:val="0061506E"/>
    <w:rsid w:val="00630B7B"/>
    <w:rsid w:val="006B187E"/>
    <w:rsid w:val="00AA1D8D"/>
    <w:rsid w:val="00B47730"/>
    <w:rsid w:val="00C0503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42567E"/>
  <w14:defaultImageDpi w14:val="300"/>
  <w15:docId w15:val="{55941265-2867-432A-986E-5E9116CD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365F9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630B7B"/>
    <w:rPr>
      <w:color w:val="666666"/>
    </w:rPr>
  </w:style>
  <w:style w:type="character" w:styleId="Hyperlink">
    <w:name w:val="Hyperlink"/>
    <w:basedOn w:val="DefaultParagraphFont"/>
    <w:uiPriority w:val="99"/>
    <w:semiHidden/>
    <w:unhideWhenUsed/>
    <w:rsid w:val="00222E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doubleimpact.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867</Words>
  <Characters>4944</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Fiona Kelman</cp:lastModifiedBy>
  <cp:revision>2</cp:revision>
  <dcterms:created xsi:type="dcterms:W3CDTF">2026-10-27T13:13:00Z</dcterms:created>
  <dcterms:modified xsi:type="dcterms:W3CDTF">2026-10-27T13:13:00Z</dcterms:modified>
  <cp:category/>
</cp:coreProperties>
</file>